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Masar University · Learner &amp; CPD policies</w:t>
      </w:r>
    </w:p>
    <w:p>
      <w:pPr>
        <w:spacing w:before="200"/>
      </w:pPr>
      <w:r>
        <w:rPr>
          <w:b/>
          <w:color w:val="00295A"/>
          <w:sz w:val="32"/>
        </w:rPr>
        <w:t>Reflective Practice Form</w:t>
      </w:r>
    </w:p>
    <w:p>
      <w:r>
        <w:t>Use this form to reflect on your learning at the end of a CPD course or professional training with Masar University. Reflection helps you recognise your strengths, identify areas to develop and plan your next steps. Keep a copy for your own CPD record, and return a copy to info@masaruni.ae so that it can inform the review of the course.</w:t>
      </w:r>
    </w:p>
    <w:p>
      <w:r>
        <w:rPr>
          <w:i/>
        </w:rPr>
        <w:t>Related policy: Course Content Review Policy (masaruni.ae › Policies).</w:t>
      </w:r>
    </w:p>
    <w:p>
      <w:pPr>
        <w:spacing w:before="200"/>
      </w:pPr>
      <w:r>
        <w:rPr>
          <w:b/>
          <w:color w:val="00295A"/>
          <w:sz w:val="24"/>
        </w:rPr>
        <w:t>1. Learner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Full 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Email address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Course title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Date completed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CPD hours (if stated for the course)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4"/>
        </w:rPr>
        <w:t>2. What did I learn?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The key knowledge and skills you gained from the course.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3. How will I apply it?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How you will use what you learned in your work or practice, with an example if you can.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4. What went well, and what did I find challenging?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Your strengths during the course, and anything you found difficult and how you dealt with it.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5. Did the course meet my learning needs?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i/>
                <w:sz w:val="18"/>
              </w:rPr>
              <w:t>Compare what you hoped to gain at the start with what you achieved.</w:t>
            </w:r>
          </w:p>
          <w:p/>
          <w:p/>
          <w:p/>
          <w:p/>
          <w:p/>
          <w:p/>
        </w:tc>
      </w:tr>
    </w:tbl>
    <w:p>
      <w:pPr>
        <w:spacing w:before="200"/>
      </w:pPr>
      <w:r>
        <w:rPr>
          <w:b/>
          <w:color w:val="00295A"/>
          <w:sz w:val="24"/>
        </w:rPr>
        <w:t>6. My next steps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Development action 1 and target date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Development action 2 and target date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Development action 3 and target date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4"/>
        </w:rPr>
        <w:t>7. Declaration</w:t>
      </w:r>
    </w:p>
    <w:p>
      <w:r>
        <w:t>I confirm that this is a true record of my learning and reflection on this course.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Learner 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Signature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Date</w:t>
            </w:r>
          </w:p>
        </w:tc>
        <w:tc>
          <w:tcPr>
            <w:tcW w:type="dxa" w:w="6236"/>
          </w:tcPr>
          <w:p/>
        </w:tc>
      </w:tr>
    </w:tbl>
    <w:p>
      <w:pPr>
        <w:spacing w:before="200"/>
      </w:pPr>
      <w:r>
        <w:rPr>
          <w:b/>
          <w:color w:val="00295A"/>
          <w:sz w:val="20"/>
        </w:rPr>
        <w:t>For office use only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t>Date received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Course reference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402"/>
          </w:tcPr>
          <w:p>
            <w:r>
              <w:t>Reviewed by</w:t>
            </w:r>
          </w:p>
        </w:tc>
        <w:tc>
          <w:tcPr>
            <w:tcW w:type="dxa" w:w="6236"/>
          </w:tcPr>
          <w:p/>
        </w:tc>
      </w:tr>
    </w:tbl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